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🗂️ דף תרגול: מיון לקטגוריות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סיבה/תוצאה, עובדה/דעה, מיון. נושאים: 🌍 גלובליזציה – כפר עולמי, 🌾 חג הסיגד.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מיון לקטגוריות: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מיינו: יתרון או חיסרון? – 1: יתרון 👍 · 2: יתרון 👍 · 3: יתרון 👍 · 4: חיסרון 👎 · 5: חיסרון 👎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מיון לקטגוריות: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איך מנהיג טוב מוביל? – 1: בכוח 💪 · 2: בדוגמה אישית 🙏 · 3: בדוגמה אישית 🙏 · 4: בדוגמה אישית 🙏 · 5: בכוח 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הוסיפו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פריטים שמתאימים באמת לקטגוריה.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🗂️ מיון לקטגוריות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מיון לקטגוריות: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סמנו ✓ בעמודה הנכונה.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🗂️ מיינו: יתרון או חיסרון?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686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הפריט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יתרון 👍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חיסרון 👎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👷 עבודה לאנשים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💲 מחירים נמוכים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🍜 אוכל מכל העולם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🗑️ הרבה פסולת בגדים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5. 🌊 זיהום בים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מיון לקטגוריות: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אותה משימה.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🗂️ איך מנהיג טוב מוביל?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686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הפריט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בדוגמה אישית 🙏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בכוח 💪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מאיים בעונש ⚠️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מזכיר את החלום המשותף ❤️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עושה ראשון בעצמו 🚶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מקשיב לאחרים 👂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5. צועק על כולם 📢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הוסיפו 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הוסיפו פריט אחד לכל עמודה.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מיון לקטגוריות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מיון לקטגוריות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