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after="40"/>
        <w:jc w:val="right"/>
      </w:pPr>
      <w:r>
        <w:rPr>
          <w:rFonts w:ascii="Arial" w:hAnsi="Arial" w:cs="Arial" w:eastAsia="Arial"/>
          <w:b/>
          <w:color w:val="4C1D95"/>
          <w:sz w:val="33"/>
          <w:rtl/>
          <w:szCs w:val="33"/>
          <w:bCs/>
        </w:rPr>
        <w:t>🗂️ דף תרגול: מיון לקטגוריות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color w:val="C2410C"/>
          <w:sz w:val="23"/>
          <w:rtl/>
          <w:szCs w:val="23"/>
          <w:bCs/>
        </w:rPr>
        <w:t>מסלול עולים חדשים · חט״ב</w:t>
      </w: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0F172A"/>
          <w:sz w:val="27"/>
          <w:rtl/>
          <w:szCs w:val="27"/>
          <w:bCs/>
        </w:rPr>
        <w:t>מהדורה למורה – מפתח תשובות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0"/>
          <w:rtl/>
          <w:szCs w:val="20"/>
        </w:rPr>
        <w:t>הדף מתרגל את המיומנות של המשחק באתר: סיבה/תוצאה, עובדה/דעה, מיון. נושאים: 🌾 חג הסיגד, 🕎 כסליו–חנוכה. זמן משוער: 15–25 דק׳. מסלול עולים חדשים: עברית פשוטה, משפטים קצרים ומילון קטן בראש דף התלמיד/ה.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b/>
          <w:color w:val="4C1D95"/>
          <w:sz w:val="22"/>
          <w:rtl/>
          <w:szCs w:val="22"/>
          <w:bCs/>
        </w:rPr>
        <w:t>חלק א׳ – מיון לקטגוריות: 🌾 חג הסיגד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0"/>
          <w:rtl/>
          <w:szCs w:val="20"/>
        </w:rPr>
        <w:t>אתמול או היום? (עבר או הווה) – 1: הווה – מה יש עכשיו · 2: הווה – מה יש עכשיו · 3: עבר – מה היה · 4: עבר – מה היה · 5: עבר – מה היה · 6: הווה – מה יש עכשיו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b/>
          <w:color w:val="4C1D95"/>
          <w:sz w:val="22"/>
          <w:rtl/>
          <w:szCs w:val="22"/>
          <w:bCs/>
        </w:rPr>
        <w:t>חלק ב׳ – מיון לקטגוריות: 🕎 כסליו–חנוכה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0"/>
          <w:rtl/>
          <w:szCs w:val="20"/>
        </w:rPr>
        <w:t>עובדה או דעה? – 1: עובדה · 2: דעה · 3: עובדה · 4: דעה · 5: דעה · 6: עובדה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b/>
          <w:color w:val="4C1D95"/>
          <w:sz w:val="22"/>
          <w:rtl/>
          <w:szCs w:val="22"/>
          <w:bCs/>
        </w:rPr>
        <w:t>חלק ג׳ – הוסיפו פריטים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0"/>
          <w:rtl/>
          <w:szCs w:val="20"/>
        </w:rPr>
        <w:t>פריטים שמתאימים באמת לקטגוריה.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b/>
          <w:color w:val="4C1D95"/>
          <w:sz w:val="22"/>
          <w:rtl/>
          <w:szCs w:val="22"/>
          <w:bCs/>
        </w:rPr>
        <w:t>כרטיס יציאה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0"/>
          <w:rtl/>
          <w:szCs w:val="20"/>
        </w:rPr>
        <w:t>תשובות אישיות – לאיסוף מהיר בסוף השיעור.</w:t>
      </w:r>
    </w:p>
    <w:p>
      <w:r>
        <w:br w:type="page"/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color w:val="4C1D95"/>
          <w:sz w:val="31"/>
          <w:rtl/>
          <w:szCs w:val="31"/>
          <w:bCs/>
        </w:rPr>
        <w:t>🗂️ מיון לקטגוריות – דף תרגול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color w:val="C2410C"/>
          <w:sz w:val="23"/>
          <w:rtl/>
          <w:szCs w:val="23"/>
          <w:bCs/>
        </w:rPr>
        <w:t>מסלול: עולים חדשים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75"/>
        <w:gridCol w:w="3475"/>
        <w:gridCol w:w="3475"/>
      </w:tblGrid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שם: ________________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כיתה: ______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תאריך: __________</w:t>
            </w:r>
          </w:p>
        </w:tc>
      </w:tr>
    </w:tbl>
    <w:p>
      <w:pPr>
        <w:bidi/>
        <w:spacing w:after="20"/>
        <w:jc w:val="right"/>
      </w:pPr>
    </w:p>
    <w:p>
      <w:pPr>
        <w:bidi/>
        <w:spacing w:after="20"/>
        <w:jc w:val="right"/>
      </w:pPr>
      <w:r>
        <w:rPr>
          <w:rFonts w:ascii="Arial" w:hAnsi="Arial" w:cs="Arial" w:eastAsia="Arial"/>
          <w:b/>
          <w:color w:val="15803D"/>
          <w:sz w:val="23"/>
          <w:rtl/>
          <w:szCs w:val="23"/>
          <w:bCs/>
        </w:rPr>
        <w:t>📘 מילון קטן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606"/>
        <w:gridCol w:w="2606"/>
        <w:gridCol w:w="2606"/>
        <w:gridCol w:w="2606"/>
      </w:tblGrid>
      <w:tr>
        <w:tc>
          <w:tcPr>
            <w:tcW w:type="dxa" w:w="2523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1"/>
                <w:rtl/>
                <w:szCs w:val="21"/>
                <w:bCs/>
              </w:rPr>
              <w:t>עברית</w:t>
            </w:r>
          </w:p>
        </w:tc>
        <w:tc>
          <w:tcPr>
            <w:tcW w:type="dxa" w:w="2523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1"/>
                <w:rtl/>
                <w:szCs w:val="21"/>
                <w:bCs/>
              </w:rPr>
              <w:t>English</w:t>
            </w:r>
          </w:p>
        </w:tc>
        <w:tc>
          <w:tcPr>
            <w:tcW w:type="dxa" w:w="2523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1"/>
                <w:rtl/>
                <w:szCs w:val="21"/>
                <w:bCs/>
              </w:rPr>
              <w:t>Русский</w:t>
            </w:r>
          </w:p>
        </w:tc>
        <w:tc>
          <w:tcPr>
            <w:tcW w:type="dxa" w:w="2523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1"/>
                <w:rtl/>
                <w:szCs w:val="21"/>
                <w:bCs/>
              </w:rPr>
              <w:t>العربية</w:t>
            </w:r>
          </w:p>
        </w:tc>
      </w:tr>
      <w:tr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קהילה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community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община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جماعة</w:t>
            </w:r>
          </w:p>
        </w:tc>
      </w:tr>
      <w:tr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השתחוות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bowing down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поклон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سجود، انحناء</w:t>
            </w:r>
          </w:p>
        </w:tc>
      </w:tr>
      <w:tr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הר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mountain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гора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جبل</w:t>
            </w:r>
          </w:p>
        </w:tc>
      </w:tr>
      <w:tr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צמו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fasted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постились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صاموا</w:t>
            </w:r>
          </w:p>
        </w:tc>
      </w:tr>
      <w:tr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הקסים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the kessim – spiritual leaders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кесы – духовные лидеры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الكِسّيم – القادة الروحيون</w:t>
            </w:r>
          </w:p>
        </w:tc>
      </w:tr>
      <w:tr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האורית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the Orit – holy scriptures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Орит – священные книги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الأوريت – الكتب المقدسة</w:t>
            </w:r>
          </w:p>
        </w:tc>
      </w:tr>
      <w:tr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טיילת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promenade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набережная, променад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ممشى، كورنيش</w:t>
            </w:r>
          </w:p>
        </w:tc>
      </w:tr>
      <w:tr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הזמנה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invitation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приглашение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دعوة</w:t>
            </w:r>
          </w:p>
        </w:tc>
      </w:tr>
    </w:tbl>
    <w:p>
      <w:pPr>
        <w:bidi/>
        <w:spacing w:after="20"/>
        <w:jc w:val="right"/>
      </w:pP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C2410C"/>
          <w:sz w:val="27"/>
          <w:rtl/>
          <w:szCs w:val="27"/>
          <w:bCs/>
        </w:rPr>
        <w:t>חלק א׳ – מיון לקטגוריות: 🌾 חג הסיגד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sz w:val="23"/>
          <w:rtl/>
          <w:szCs w:val="23"/>
          <w:bCs/>
        </w:rPr>
        <w:t>✏️ סמנו ✓ בעמודה הנכונה.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3"/>
          <w:rtl/>
          <w:szCs w:val="23"/>
        </w:rPr>
        <w:t>🗂️ אתמול או היום? (עבר או הווה)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75"/>
        <w:gridCol w:w="3475"/>
        <w:gridCol w:w="3475"/>
      </w:tblGrid>
      <w:tr>
        <w:tc>
          <w:tcPr>
            <w:tcW w:type="dxa" w:w="6862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1"/>
                <w:rtl/>
                <w:szCs w:val="21"/>
                <w:bCs/>
              </w:rPr>
              <w:t>הפריט</w:t>
            </w:r>
          </w:p>
        </w:tc>
        <w:tc>
          <w:tcPr>
            <w:tcW w:type="dxa" w:w="1615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1"/>
                <w:rtl/>
                <w:szCs w:val="21"/>
                <w:bCs/>
              </w:rPr>
              <w:t>עבר – מה היה</w:t>
            </w:r>
          </w:p>
        </w:tc>
        <w:tc>
          <w:tcPr>
            <w:tcW w:type="dxa" w:w="1615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1"/>
                <w:rtl/>
                <w:szCs w:val="21"/>
                <w:bCs/>
              </w:rPr>
              <w:t>הווה – מה יש עכשיו</w:t>
            </w:r>
          </w:p>
        </w:tc>
      </w:tr>
      <w:tr>
        <w:tc>
          <w:tcPr>
            <w:tcW w:type="dxa" w:w="68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1. אוהבת</w:t>
            </w:r>
          </w:p>
        </w:tc>
        <w:tc>
          <w:tcPr>
            <w:tcW w:type="dxa" w:w="161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☐</w:t>
            </w:r>
          </w:p>
        </w:tc>
        <w:tc>
          <w:tcPr>
            <w:tcW w:type="dxa" w:w="161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☐</w:t>
            </w:r>
          </w:p>
        </w:tc>
      </w:tr>
      <w:tr>
        <w:tc>
          <w:tcPr>
            <w:tcW w:type="dxa" w:w="68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2. חוגגים</w:t>
            </w:r>
          </w:p>
        </w:tc>
        <w:tc>
          <w:tcPr>
            <w:tcW w:type="dxa" w:w="161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☐</w:t>
            </w:r>
          </w:p>
        </w:tc>
        <w:tc>
          <w:tcPr>
            <w:tcW w:type="dxa" w:w="161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☐</w:t>
            </w:r>
          </w:p>
        </w:tc>
      </w:tr>
      <w:tr>
        <w:tc>
          <w:tcPr>
            <w:tcW w:type="dxa" w:w="68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3. צמו</w:t>
            </w:r>
          </w:p>
        </w:tc>
        <w:tc>
          <w:tcPr>
            <w:tcW w:type="dxa" w:w="161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☐</w:t>
            </w:r>
          </w:p>
        </w:tc>
        <w:tc>
          <w:tcPr>
            <w:tcW w:type="dxa" w:w="161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☐</w:t>
            </w:r>
          </w:p>
        </w:tc>
      </w:tr>
      <w:tr>
        <w:tc>
          <w:tcPr>
            <w:tcW w:type="dxa" w:w="68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4. קראו</w:t>
            </w:r>
          </w:p>
        </w:tc>
        <w:tc>
          <w:tcPr>
            <w:tcW w:type="dxa" w:w="161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☐</w:t>
            </w:r>
          </w:p>
        </w:tc>
        <w:tc>
          <w:tcPr>
            <w:tcW w:type="dxa" w:w="161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☐</w:t>
            </w:r>
          </w:p>
        </w:tc>
      </w:tr>
      <w:tr>
        <w:tc>
          <w:tcPr>
            <w:tcW w:type="dxa" w:w="68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5. עלתה</w:t>
            </w:r>
          </w:p>
        </w:tc>
        <w:tc>
          <w:tcPr>
            <w:tcW w:type="dxa" w:w="161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☐</w:t>
            </w:r>
          </w:p>
        </w:tc>
        <w:tc>
          <w:tcPr>
            <w:tcW w:type="dxa" w:w="161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☐</w:t>
            </w:r>
          </w:p>
        </w:tc>
      </w:tr>
      <w:tr>
        <w:tc>
          <w:tcPr>
            <w:tcW w:type="dxa" w:w="68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6. נוסעת</w:t>
            </w:r>
          </w:p>
        </w:tc>
        <w:tc>
          <w:tcPr>
            <w:tcW w:type="dxa" w:w="161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☐</w:t>
            </w:r>
          </w:p>
        </w:tc>
        <w:tc>
          <w:tcPr>
            <w:tcW w:type="dxa" w:w="161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☐</w:t>
            </w:r>
          </w:p>
        </w:tc>
      </w:tr>
    </w:tbl>
    <w:p>
      <w:pPr>
        <w:bidi/>
        <w:spacing w:after="20"/>
        <w:jc w:val="right"/>
      </w:pP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C2410C"/>
          <w:sz w:val="27"/>
          <w:rtl/>
          <w:szCs w:val="27"/>
          <w:bCs/>
        </w:rPr>
        <w:t>חלק ב׳ – מיון לקטגוריות: 🕎 כסליו–חנוכה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sz w:val="23"/>
          <w:rtl/>
          <w:szCs w:val="23"/>
          <w:bCs/>
        </w:rPr>
        <w:t>✏️ אותה משימה.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3"/>
          <w:rtl/>
          <w:szCs w:val="23"/>
        </w:rPr>
        <w:t>🗂️ עובדה או דעה?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75"/>
        <w:gridCol w:w="3475"/>
        <w:gridCol w:w="3475"/>
      </w:tblGrid>
      <w:tr>
        <w:tc>
          <w:tcPr>
            <w:tcW w:type="dxa" w:w="6862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1"/>
                <w:rtl/>
                <w:szCs w:val="21"/>
                <w:bCs/>
              </w:rPr>
              <w:t>הפריט</w:t>
            </w:r>
          </w:p>
        </w:tc>
        <w:tc>
          <w:tcPr>
            <w:tcW w:type="dxa" w:w="1615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1"/>
                <w:rtl/>
                <w:szCs w:val="21"/>
                <w:bCs/>
              </w:rPr>
              <w:t>עובדה</w:t>
            </w:r>
          </w:p>
        </w:tc>
        <w:tc>
          <w:tcPr>
            <w:tcW w:type="dxa" w:w="1615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1"/>
                <w:rtl/>
                <w:szCs w:val="21"/>
                <w:bCs/>
              </w:rPr>
              <w:t>דעה</w:t>
            </w:r>
          </w:p>
        </w:tc>
      </w:tr>
      <w:tr>
        <w:tc>
          <w:tcPr>
            <w:tcW w:type="dxa" w:w="68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1. יש שמונה נרות ועוד שמש</w:t>
            </w:r>
          </w:p>
        </w:tc>
        <w:tc>
          <w:tcPr>
            <w:tcW w:type="dxa" w:w="161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☐</w:t>
            </w:r>
          </w:p>
        </w:tc>
        <w:tc>
          <w:tcPr>
            <w:tcW w:type="dxa" w:w="161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☐</w:t>
            </w:r>
          </w:p>
        </w:tc>
      </w:tr>
      <w:tr>
        <w:tc>
          <w:tcPr>
            <w:tcW w:type="dxa" w:w="68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2. סופגנייה עם ריבה הכי טעימה</w:t>
            </w:r>
          </w:p>
        </w:tc>
        <w:tc>
          <w:tcPr>
            <w:tcW w:type="dxa" w:w="161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☐</w:t>
            </w:r>
          </w:p>
        </w:tc>
        <w:tc>
          <w:tcPr>
            <w:tcW w:type="dxa" w:w="161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☐</w:t>
            </w:r>
          </w:p>
        </w:tc>
      </w:tr>
      <w:tr>
        <w:tc>
          <w:tcPr>
            <w:tcW w:type="dxa" w:w="68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3. על הסביבון יש ארבע אותיות</w:t>
            </w:r>
          </w:p>
        </w:tc>
        <w:tc>
          <w:tcPr>
            <w:tcW w:type="dxa" w:w="161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☐</w:t>
            </w:r>
          </w:p>
        </w:tc>
        <w:tc>
          <w:tcPr>
            <w:tcW w:type="dxa" w:w="161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☐</w:t>
            </w:r>
          </w:p>
        </w:tc>
      </w:tr>
      <w:tr>
        <w:tc>
          <w:tcPr>
            <w:tcW w:type="dxa" w:w="68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4. המשחק בסביבון משעמם</w:t>
            </w:r>
          </w:p>
        </w:tc>
        <w:tc>
          <w:tcPr>
            <w:tcW w:type="dxa" w:w="161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☐</w:t>
            </w:r>
          </w:p>
        </w:tc>
        <w:tc>
          <w:tcPr>
            <w:tcW w:type="dxa" w:w="161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☐</w:t>
            </w:r>
          </w:p>
        </w:tc>
      </w:tr>
      <w:tr>
        <w:tc>
          <w:tcPr>
            <w:tcW w:type="dxa" w:w="68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5. חנוכה החג הכי יפה</w:t>
            </w:r>
          </w:p>
        </w:tc>
        <w:tc>
          <w:tcPr>
            <w:tcW w:type="dxa" w:w="161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☐</w:t>
            </w:r>
          </w:p>
        </w:tc>
        <w:tc>
          <w:tcPr>
            <w:tcW w:type="dxa" w:w="161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☐</w:t>
            </w:r>
          </w:p>
        </w:tc>
      </w:tr>
      <w:tr>
        <w:tc>
          <w:tcPr>
            <w:tcW w:type="dxa" w:w="68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6. חנוכה בחורף</w:t>
            </w:r>
          </w:p>
        </w:tc>
        <w:tc>
          <w:tcPr>
            <w:tcW w:type="dxa" w:w="161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☐</w:t>
            </w:r>
          </w:p>
        </w:tc>
        <w:tc>
          <w:tcPr>
            <w:tcW w:type="dxa" w:w="161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☐</w:t>
            </w:r>
          </w:p>
        </w:tc>
      </w:tr>
    </w:tbl>
    <w:p>
      <w:pPr>
        <w:bidi/>
        <w:spacing w:after="20"/>
        <w:jc w:val="right"/>
      </w:pP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C2410C"/>
          <w:sz w:val="27"/>
          <w:rtl/>
          <w:szCs w:val="27"/>
          <w:bCs/>
        </w:rPr>
        <w:t>חלק ג׳ – הוסיפו פריטים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sz w:val="23"/>
          <w:rtl/>
          <w:szCs w:val="23"/>
          <w:bCs/>
        </w:rPr>
        <w:t>✏️ הוסיפו פריט אחד לכל עמודה.</w:t>
      </w:r>
    </w:p>
    <w:p>
      <w:pPr>
        <w:bidi/>
        <w:spacing w:after="60"/>
        <w:jc w:val="right"/>
      </w:pPr>
      <w:r>
        <w:rPr>
          <w:rFonts w:ascii="Arial" w:hAnsi="Arial" w:cs="Arial" w:eastAsia="Arial"/>
          <w:color w:val="94A3B8"/>
          <w:sz w:val="23"/>
          <w:rtl/>
          <w:szCs w:val="23"/>
        </w:rPr>
        <w:t>________________________________________________________________</w:t>
      </w:r>
    </w:p>
    <w:p>
      <w:pPr>
        <w:bidi/>
        <w:spacing w:after="60"/>
        <w:jc w:val="right"/>
      </w:pPr>
      <w:r>
        <w:rPr>
          <w:rFonts w:ascii="Arial" w:hAnsi="Arial" w:cs="Arial" w:eastAsia="Arial"/>
          <w:color w:val="94A3B8"/>
          <w:sz w:val="23"/>
          <w:rtl/>
          <w:szCs w:val="23"/>
        </w:rPr>
        <w:t>________________________________________________________________</w:t>
      </w: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B45309"/>
          <w:sz w:val="27"/>
          <w:rtl/>
          <w:szCs w:val="27"/>
          <w:bCs/>
        </w:rPr>
        <w:t>כרטיס יציאה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426"/>
      </w:tblGrid>
      <w:tr>
        <w:tc>
          <w:tcPr>
            <w:tcW w:type="dxa" w:w="10426"/>
            <w:shd w:val="clear" w:color="auto" w:fill="FFFBEB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3"/>
                <w:rtl/>
                <w:szCs w:val="23"/>
                <w:bCs/>
              </w:rPr>
              <w:t>🎟️ כרטיס יציאה – מיון לקטגוריות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3"/>
                <w:rtl/>
                <w:szCs w:val="23"/>
              </w:rPr>
              <w:t>✍️ משהו אחד שלמדתי: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color w:val="94A3B8"/>
                <w:sz w:val="23"/>
                <w:rtl/>
                <w:szCs w:val="23"/>
              </w:rPr>
              <w:t>__________________________________________________________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3"/>
                <w:rtl/>
                <w:szCs w:val="23"/>
              </w:rPr>
              <w:t>❓ שאלה שלי: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color w:val="94A3B8"/>
                <w:sz w:val="23"/>
                <w:rtl/>
                <w:szCs w:val="23"/>
              </w:rPr>
              <w:t>__________________________________________________________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3"/>
                <w:rtl/>
                <w:szCs w:val="23"/>
              </w:rPr>
              <w:t>🙂 עד כמה הבנתי? הקיפו:   😀   🙂   😐   😟</w:t>
            </w:r>
          </w:p>
        </w:tc>
      </w:tr>
    </w:tbl>
    <w:p>
      <w:pPr>
        <w:bidi/>
        <w:spacing w:after="40"/>
        <w:jc w:val="right"/>
      </w:pPr>
    </w:p>
    <w:p>
      <w:pPr>
        <w:bidi/>
        <w:spacing w:after="40"/>
        <w:jc w:val="right"/>
      </w:pPr>
      <w:r>
        <w:rPr>
          <w:rFonts w:ascii="Arial" w:hAnsi="Arial" w:cs="Arial" w:eastAsia="Arial"/>
          <w:color w:val="64748B"/>
          <w:sz w:val="18"/>
          <w:rtl/>
          <w:szCs w:val="18"/>
        </w:rPr>
        <w:t>יצרה: רוית ראש בן ישי · משחקי טקסט ומשימות – דף תרגול</w:t>
      </w:r>
    </w:p>
    <w:sectPr w:rsidR="00FC693F" w:rsidRPr="0006063C" w:rsidSect="00034616">
      <w:pgSz w:w="12240" w:h="15840"/>
      <w:pgMar w:top="794" w:right="907" w:bottom="794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rFonts w:ascii="Arial" w:hAnsi="Arial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="Arial" w:hAnsi="Arial" w:cs="Arial" w:eastAsia="Arial"/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 – מיון לקטגוריות – עולים חדשים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