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3"/>
          <w:rtl/>
          <w:szCs w:val="33"/>
          <w:bCs/>
        </w:rPr>
        <w:t>🗂️ דף תרגול: מיון לקטגוריות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6D28D9"/>
          <w:sz w:val="23"/>
          <w:rtl/>
          <w:szCs w:val="23"/>
          <w:bCs/>
        </w:rPr>
        <w:t>מסלול רגיל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27"/>
          <w:rtl/>
          <w:szCs w:val="27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הדף מתרגל את המיומנות של המשחק באתר: סיבה/תוצאה, עובדה/דעה, מיון. נושאים: 📚 לשון, 🌍 גלובליזציה – כפר עולמי. זמן משוער: 15–25 דק׳. מסלול רגיל.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א׳ – מיון לקטגוריות: 📚 לשון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מיינו את האותיות המסומנות: דגושה (דגש קל) או רפה? – 1: דגש קל · 2: רפה · 3: דגש קל · 4: רפה · 5: דגש קל · 6: דגש קל · 7: רפה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שם עצם או שם תואר? – 1: שם עצם · 2: שם עצם · 3: שם תואר · 4: שם תואר · 5: שם עצם · 6: שם תואר · 7: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ב׳ – מיון לקטגוריות: 🌍 גלובליזציה – כפר עולמי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מיינו: מה סיבה ומה תוצאה? – 1: תוצאה · 2: סיבה · 3: תוצאה · 4: סיבה · 5: תוצאה · 6: סיבה · 7: סיבה · 8: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ג׳ – הוסיפו פריטים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פריטים שמתאימים באמת לקטגוריה.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1"/>
          <w:rtl/>
          <w:szCs w:val="31"/>
          <w:bCs/>
        </w:rPr>
        <w:t>🗂️ מיון לקטגוריות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6D28D9"/>
          <w:sz w:val="23"/>
          <w:rtl/>
          <w:szCs w:val="23"/>
          <w:bCs/>
        </w:rPr>
        <w:t>מסלול: רגיל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6D28D9"/>
          <w:sz w:val="27"/>
          <w:rtl/>
          <w:szCs w:val="27"/>
          <w:bCs/>
        </w:rPr>
        <w:t>חלק א׳ – מיון לקטגוריות: 📚 לשון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סמנו ✓ בעמודה המתאימה לכל פריט.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🗂️ מיינו את האותיות המסומנות: דגושה (דגש קל) או רפה?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6862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הפריט</w:t>
            </w:r>
          </w:p>
        </w:tc>
        <w:tc>
          <w:tcPr>
            <w:tcW w:type="dxa" w:w="1615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דגש קל</w:t>
            </w:r>
          </w:p>
        </w:tc>
        <w:tc>
          <w:tcPr>
            <w:tcW w:type="dxa" w:w="1615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רפה</w:t>
            </w:r>
          </w:p>
        </w:tc>
      </w:tr>
      <w:tr>
        <w:tc>
          <w:tcPr>
            <w:tcW w:type="dxa" w:w="68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1. ב׳ בתחילת "בית"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68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2. ב׳ בסוף "חלב"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68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3. פ׳ בתחילת "פרח"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68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4. כ׳ באמצע "רכב"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68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5. ת׳ בתחילת "תמר"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68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6. כ׳ בתחילת "כלב"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68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7. פ׳ בסוף "כף"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🗂️ שם עצם או שם תואר?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6862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הפריט</w:t>
            </w:r>
          </w:p>
        </w:tc>
        <w:tc>
          <w:tcPr>
            <w:tcW w:type="dxa" w:w="1615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שם עצם</w:t>
            </w:r>
          </w:p>
        </w:tc>
        <w:tc>
          <w:tcPr>
            <w:tcW w:type="dxa" w:w="1615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שם תואר</w:t>
            </w:r>
          </w:p>
        </w:tc>
      </w:tr>
      <w:tr>
        <w:tc>
          <w:tcPr>
            <w:tcW w:type="dxa" w:w="68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1. שקית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68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2. מאפייה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68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3. טרי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68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4. ריחני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68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5. בצק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68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6. חמים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68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7. תנור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6D28D9"/>
          <w:sz w:val="27"/>
          <w:rtl/>
          <w:szCs w:val="27"/>
          <w:bCs/>
        </w:rPr>
        <w:t>חלק ב׳ – מיון לקטגוריות: 🌍 גלובליזציה – כפר עולמי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אותה משימה – בנושא אחר.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🗂️ מיינו: מה סיבה ומה תוצאה?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6862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הפריט</w:t>
            </w:r>
          </w:p>
        </w:tc>
        <w:tc>
          <w:tcPr>
            <w:tcW w:type="dxa" w:w="1615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סיבה</w:t>
            </w:r>
          </w:p>
        </w:tc>
        <w:tc>
          <w:tcPr>
            <w:tcW w:type="dxa" w:w="1615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תוצאה</w:t>
            </w:r>
          </w:p>
        </w:tc>
      </w:tr>
      <w:tr>
        <w:tc>
          <w:tcPr>
            <w:tcW w:type="dxa" w:w="68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1. מפעל עובר למדינה אחרת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68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2. מחירי ההובלה בים ירדו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68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3. אפשר לעבוד עם צוות ביבשת אחרת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68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4. בגדים נקנים ונזרקים בקצב מהיר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68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5. סחורות זולות מגיעות מרחוק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68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6. תאגיד מחפש עלויות ייצור נמוכות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68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7. האינטרנט התפשט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68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8. נערמות כמויות ענק של פסולת טקסטיל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161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6D28D9"/>
          <w:sz w:val="27"/>
          <w:rtl/>
          <w:szCs w:val="27"/>
          <w:bCs/>
        </w:rPr>
        <w:t>חלק ג׳ – הוסיפו פריטים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בחרו מיון אחד מהדף והוסיפו פריט חדש משלכם לכל קטגוריה.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27"/>
          <w:rtl/>
          <w:szCs w:val="27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🎟️ כרטיס יציאה – מיון לקטגוריות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✍️ דבר אחד חשוב שלמדתי היום: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❓ שאלה אחת שעדיין נשארה 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מיון לקטגוריות – רגיל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