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⏳ דף תרגול: ציר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רצף, כרונולוגיה, תהליך. נושאים: 🌾 חג הסיגד, 🕎 כסליו–חנוכה, 📚 לשון.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ציר זמן: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סדרו את יום הסיגד 🕐 – הסדר: (2) צום בבוקר 🚫🍞 ← (3) עלייה להר ⛰️ ← (4) קריאה באורית 📜 ← (1) סעודה משותפת 🍲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ציר זמן: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סדרו את ההדלקה. – הסדר: (2) מדליקים את השמש 🔥 ← (3) מברכים 🙏 ← (4) מדליקים את הנרות 🕎 ← (1) שרים יחד 🎶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למה זה בא לפני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הסבר שמבוסס על סיבה ותוצאה או על רצף התהליך. (במפתח: המספר בסוגריים הוא מספר השורה בדף התלמיד/ה.)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1–ב · 2–א · 3–ג · 4–ד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⏳ ציר זמן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ציר זמן: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מספרים: 1 = ראשון.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⏳ סדרו את יום הסיגד 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(___)   סעודה משותפת 🍲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(___)   צום בבוקר 🚫🍞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(___)   עלייה להר ⛰️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4. (___)   קריאה באורית 📜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ציר זמן: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אותה משימה.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⏳ סדרו את ההדלקה.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(___)   שרים יחד 🎶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(___)   מדליקים את השמש 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(___)   מברכים 🙏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4. (___)   מדליקים את הנרות 🕎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למה זה בא לפני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בחרו 2 פריטים. מה קודם? למה?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⭐ בונוס – מושג ↔ הגדרה: 📚 לשון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שורש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ה בתחילת מילה מוכרת.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ה״א הידיעה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האותיות שנותנות למילה משמעות.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שם עצם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שם של דבר, אדם או מקום.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שם תואר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ד. מילה שמתארת שם עצם.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ציר זמן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ציר זמן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