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⏳ דף תרגול: ציר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רצף, כרונולוגיה, תהליך. נושאים: 🕎 כסליו–חנוכה, 📚 לשון, 🌍 גלובליזציה – כפר עולמי.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ציר זמן: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סדרו: איך מדליקים נרות? – הסדר: (3) מסדרים נרות בחנוכייה ← (4) מדליקים את השמש ← (1) מברכים ← (5) מדליקים את הנרות ← (2)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ציר זמן: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סדרו את המשפט. – הסדר: (2) אני ← (5) כותבת ← (1) מכתב ← (4) לחברה ← (3)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למה זה בא לפני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הסבר שמבוסס על סיבה ותוצאה או על רצף התהליך. (במפתח: המספר בסוגריים הוא מספר השורה בדף התלמיד/ה.)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2–ה · 3–א · 4–ד · 5–ג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⏳ ציר זמן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חנוכה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Hanukkah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Ханука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حانوكا (عيد الأنوار)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מסיבה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party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вечеринка, праздник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حفلة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נרות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candles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свечи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شموع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חנוכייה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Hanukkah lamp (menorah)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ханукия (светильник)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شمعدان حانوكا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שמן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oil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масло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زيت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נס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miracle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чудо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معجزة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סביבון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spinning top (dreidel)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волчок (севивон)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دوّامة (خذروف)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ציר זמן: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מספרים: 1 = 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⏳ סדרו: איך מדליקים נרות?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(___)   מברכים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(___)   שרים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(___)   מסדרים נרות בחנוכייה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(___)   מדליקים את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(___)   מדליקים את הנרות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ציר זמן: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⏳ סדרו את המשפט.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(___)  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(___)  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(___)  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(___)   לחברה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(___)   כותבת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למה זה בא לפני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2 פריטים. מה קודם? למה?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מושג ↔ הגדרה: 🌍 גלובליזציה – כפר עולמי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גלובליזציה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ארגז מתכת גדול לסחורה.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כפר עולמי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מדינות בעולם קשורות זו לזו.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מכולה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מקום שעושים בו מוצרים.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נמל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מקום בחוף הים לאוניות.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מפעל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העולם קרוב, כמו כפר אחד.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ציר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ציר זמן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