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⏳ דף תרגול: ציר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 רגיל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רצף, כרונולוגיה, תהליך. נושאים: 🌍 גלובליזציה – כפר עולמי, 🌾 חג הסיגד, 📚 לשון. זמן משוער: 15–25 דק׳. מסלול רגיל.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ציר זמן: 🌍 גלובליזציה – כפר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סדרו את אבני הדרך שקירבו את העולם – מהמוקדמת למאוחרת. – הסדר: (2) ספינות מפרש חוצות אוקיינוסים ← (3) רכבת הקיטור מחברת ערים ונמלים ← (1) המטוס מקצר מסעות ארוכים לשעות ← (4) אוניות מכולות ענקיות משנות את הסחר ← (5) האינטרנט מחבר את העולם בזמן 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ציר זמן: 🌾 חג הסיגד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סדרו את מהלך יום הסיגד המסורתי. – הסדר: (4) טהרה והכנה לפני החג ← (1) עלייה משותפת אל ראש ההר ← (2) קריאה מן האורית ותרגום לאמהרית ← (3) תפילה וברכה לעבר ירושלים ← (5) ירידה מן ההר וסעודה 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למה זה בא לפני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הסבר שמבוסס על סיבה ותוצאה או על רצף התהליך. (במפתח: המספר בסוגריים הוא מספר השורה בדף התלמיד/ה.)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התאמה: 1–ג · 2–ה · 3–ו · 4–ד · 5–ב · 6–א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⏳ ציר זמן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6D28D9"/>
          <w:sz w:val="23"/>
          <w:rtl/>
          <w:szCs w:val="23"/>
          <w:bCs/>
        </w:rPr>
        <w:t>מסלול: רגיל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א׳ – ציר זמן: 🌍 גלובליזציה –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מספרו את הפריטים לפי הסדר הנכון: 1 = הראשון.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⏳ סדרו את אבני הדרך שקירבו את העולם – מהמוקדמת למאוחרת.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(___)   המטוס מקצר מסעות ארוכים לשעות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(___)   ספינות מפרש חוצות אוקיינוסים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(___)   רכבת הקיטור מחברת ערים ונמלים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4. (___)   אוניות מכולות ענקיות משנות את הסחר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5. (___)   האינטרנט מחבר את העולם בזמן אמת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ב׳ – ציר זמן: 🌾 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אותה משימה – בנושא אחר.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⏳ סדרו את מהלך יום הסיגד המסורתי.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1. (___)   עלייה משותפת אל ראש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2. (___)   קריאה מן האורית ותרגום לאמהרית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3. (___)   תפילה וברכה לעבר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4. (___)   טהרה והכנה לפני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5. (___)   ירידה מן ההר וסעודה משותפת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6D28D9"/>
          <w:sz w:val="27"/>
          <w:rtl/>
          <w:szCs w:val="27"/>
          <w:bCs/>
        </w:rPr>
        <w:t>חלק ג׳ – למה זה בא לפני זה?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בחרו שני פריטים סמוכים באחד הצירים והסבירו למה האחד בא לפני השני.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⭐ בונוס – התאימו מושג ↔ הגדרה: 📚 לשון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423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מושג</w:t>
            </w:r>
          </w:p>
        </w:tc>
        <w:tc>
          <w:tcPr>
            <w:tcW w:type="dxa" w:w="1312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האות</w:t>
            </w:r>
          </w:p>
        </w:tc>
        <w:tc>
          <w:tcPr>
            <w:tcW w:type="dxa" w:w="4541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הגדרה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שורש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א. מילה שמציינת אדם, חפץ, מקום או רעיון.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משקל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ב. שש האותיות שיכולות לקבל דגש קל.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ה״א הידיעה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ג. שלוש (בדרך כלל) אותיות שנושאות את המשמעות הבסיסית של המילה.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דגש קל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ד. נקודה באותיות בגדכפ״ת שמשנה את ההגייה של ב, כ, פ.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5. בגדכפ״ת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ה. תבנית קבועה של תנועות ותוספות שהשורש „נוצק” לתוכה.</w:t>
            </w:r>
          </w:p>
        </w:tc>
      </w:tr>
      <w:tr>
        <w:tc>
          <w:tcPr>
            <w:tcW w:type="dxa" w:w="423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6. שם עצם</w:t>
            </w:r>
          </w:p>
        </w:tc>
        <w:tc>
          <w:tcPr>
            <w:tcW w:type="dxa" w:w="131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  <w:tc>
          <w:tcPr>
            <w:tcW w:type="dxa" w:w="454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ו. האות ה בתחילת מילה, שהופכת אותה למוכרת ומיודעת.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ציר זמן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דבר אחד חשוב שלמדתי היום: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אחת שעדיין נשארה 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ציר זמן – רגיל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